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微软雅黑"/>
          <w:color w:val="111111"/>
        </w:rPr>
        <w:t>哥伦布 AM 理发 Eason</w:t>
      </w:r>
    </w:p>
    <w:p>
      <w:r>
        <w:rPr>
          <w:rFonts w:ascii="Calibri" w:hAnsi="Calibri" w:eastAsia="微软雅黑"/>
          <w:b w:val="0"/>
          <w:sz w:val="20"/>
        </w:rPr>
        <w:t>小红书行业分解及话题模板 · 华人美发垂类 ｜ 更新日期：2026年8月28日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一、行业关键词提炼</w:t>
      </w:r>
    </w:p>
    <w:p>
      <w:r>
        <w:rPr>
          <w:rFonts w:ascii="Calibri" w:hAnsi="Calibri" w:eastAsia="微软雅黑"/>
          <w:b w:val="0"/>
        </w:rPr>
        <w:t>结合小红书美发行业趋势和哥伦布华人用户需求，围绕 AM SALON Eason 的服务特点整理。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服务核心词</w:t>
      </w:r>
    </w:p>
    <w:p>
      <w:r>
        <w:rPr>
          <w:rFonts w:ascii="Calibri" w:hAnsi="Calibri" w:eastAsia="微软雅黑"/>
          <w:b w:val="0"/>
        </w:rPr>
        <w:t>男士裁剪、前刺、渐变（fade）、油头、烫发、锡纸烫、摩根烫；女士潮色、粉棕、冷茶、雾灰、法式烫、长发修剪；染发、补色、褪色、剪发、理发、barber、perm。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用户需求词</w:t>
      </w:r>
    </w:p>
    <w:p>
      <w:r>
        <w:rPr>
          <w:rFonts w:ascii="Calibri" w:hAnsi="Calibri" w:eastAsia="微软雅黑"/>
          <w:b w:val="0"/>
        </w:rPr>
        <w:t>开学季换头、显脸小、好打理、显白、不掉色、免打理发型；第一次在美国剪发、剪发避雷、美国理发沟通、英文话术；留学生剪发、学生优惠、华人理发师、18 年经验。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场景化关键词</w:t>
      </w:r>
    </w:p>
    <w:p>
      <w:r>
        <w:rPr>
          <w:rFonts w:ascii="Calibri" w:hAnsi="Calibri" w:eastAsia="微软雅黑"/>
          <w:b w:val="0"/>
        </w:rPr>
        <w:t>开学季换头计划、Labor Day 长周末、中秋聚会、OSU 球赛日；面试/实习前、毕业照前、回国前、约会、万圣节派对；感恩节家庭聚会、剪完头发去探店（本地生活绑定）。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趋势相关词</w:t>
      </w:r>
    </w:p>
    <w:p>
      <w:r>
        <w:rPr>
          <w:rFonts w:ascii="Calibri" w:hAnsi="Calibri" w:eastAsia="微软雅黑"/>
          <w:b w:val="0"/>
        </w:rPr>
        <w:t>2026 秋冬发色趋势、低饱和发色、雾感发色；平价理发、透明定价、无隐形消费、学生优惠；华人审美、前后对比、背影改造、同城探店。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关键词使用规则</w:t>
      </w:r>
    </w:p>
    <w:p>
      <w:pPr>
        <w:pStyle w:val="ListBullet"/>
      </w:pPr>
      <w:r>
        <w:rPr>
          <w:rFonts w:ascii="Calibri" w:hAnsi="Calibri" w:eastAsia="微软雅黑"/>
        </w:rPr>
        <w:t>标签组：服务词+场景词进笔记标签（#哥伦布理发 #OSU #俄亥俄 #华人理发 #留学生 #前刺 #粉棕）。</w:t>
      </w:r>
    </w:p>
    <w:p>
      <w:pPr>
        <w:pStyle w:val="ListBullet"/>
      </w:pPr>
      <w:r>
        <w:rPr>
          <w:rFonts w:ascii="Calibri" w:hAnsi="Calibri" w:eastAsia="微软雅黑"/>
        </w:rPr>
        <w:t>标题/正文：需求词+趋势词进标题和正文首段，吃搜索流量（"哥伦布剪发""留学生剪发"）。</w:t>
      </w:r>
    </w:p>
    <w:p>
      <w:pPr>
        <w:pStyle w:val="ListBullet"/>
      </w:pPr>
      <w:r>
        <w:rPr>
          <w:rFonts w:ascii="Calibri" w:hAnsi="Calibri" w:eastAsia="微软雅黑"/>
        </w:rPr>
        <w:t>选题池：每月从四类词交叉组合生成选题——场景×服务=一条选题（如"开学季×前刺"）。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二、热门话题方向</w:t>
      </w:r>
    </w:p>
    <w:p>
      <w:r>
        <w:rPr>
          <w:rFonts w:ascii="Calibri" w:hAnsi="Calibri" w:eastAsia="微软雅黑"/>
          <w:b w:val="0"/>
        </w:rPr>
        <w:t>五大方向，与月度方案的三栏目（作品集 / 探店 / 避雷攻略）一一对应。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功能性需求（痛点解决）→ 避雷攻略栏</w:t>
      </w:r>
    </w:p>
    <w:p>
      <w:r>
        <w:rPr>
          <w:rFonts w:ascii="Calibri" w:hAnsi="Calibri" w:eastAsia="微软雅黑"/>
          <w:b w:val="0"/>
        </w:rPr>
        <w:t>围绕留学生剪发三大痛点——英文沟通难、怕剪毁、怕贵——做"解决方案型"内容，强调即时可用的干货。例如："第一次在美国剪头发，别只会说 just a little bit，照着这张英文清单念就行。""男生前刺+渐变怎么跟理发师描述？3 张图让他秒懂。"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 → Eason 探店栏（本地生活绑定）</w:t>
      </w:r>
    </w:p>
    <w:p>
      <w:r>
        <w:rPr>
          <w:rFonts w:ascii="Calibri" w:hAnsi="Calibri" w:eastAsia="微软雅黑"/>
          <w:b w:val="0"/>
        </w:rPr>
        <w:t>每条探店开头绑定 Eason 身份（"今天给顾客剪完头发，来吃这家……"），把生活内容焊死在理发师人设上。例如："剪完头发去吃哥伦布新开自助寿司｜华人理发师的一天"（已验证：寿司帖 29 转，本地内容有转发土壤）。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用户群体细分 → 作品集栏</w:t>
      </w:r>
    </w:p>
    <w:p>
      <w:pPr>
        <w:pStyle w:val="ListBullet"/>
      </w:pPr>
      <w:r>
        <w:rPr>
          <w:rFonts w:ascii="Calibri" w:hAnsi="Calibri" w:eastAsia="微软雅黑"/>
        </w:rPr>
        <w:t>OSU 新生：人生地不熟，怕剪毁、怕沟通——"新生换头计划"、剪发英文攻略、学生优惠。</w:t>
      </w:r>
    </w:p>
    <w:p>
      <w:pPr>
        <w:pStyle w:val="ListBullet"/>
      </w:pPr>
      <w:r>
        <w:rPr>
          <w:rFonts w:ascii="Calibri" w:hAnsi="Calibri" w:eastAsia="微软雅黑"/>
        </w:rPr>
        <w:t>男生群体：前刺/渐变/油头，要好打理——前后对比+打理方法（剪完自己也能抓）。</w:t>
      </w:r>
    </w:p>
    <w:p>
      <w:pPr>
        <w:pStyle w:val="ListBullet"/>
      </w:pPr>
      <w:r>
        <w:rPr>
          <w:rFonts w:ascii="Calibri" w:hAnsi="Calibri" w:eastAsia="微软雅黑"/>
        </w:rPr>
        <w:t>女生群体：潮色显白、不掉色、显脸小——粉棕/冷茶/雾灰发色合集+掉色全记录。</w:t>
      </w:r>
    </w:p>
    <w:p>
      <w:pPr>
        <w:pStyle w:val="ListBullet"/>
      </w:pPr>
      <w:r>
        <w:rPr>
          <w:rFonts w:ascii="Calibri" w:hAnsi="Calibri" w:eastAsia="微软雅黑"/>
        </w:rPr>
        <w:t>职场/家庭客：得体、方便、节日节点——面试前整理、中秋/感恩节聚会前理发。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体验分享与对比 → 作品集 + 探店栏</w:t>
      </w:r>
    </w:p>
    <w:p>
      <w:r>
        <w:rPr>
          <w:rFonts w:ascii="Calibri" w:hAnsi="Calibri" w:eastAsia="微软雅黑"/>
          <w:b w:val="0"/>
        </w:rPr>
        <w:t>横向测评："哥伦布华人理发店体验对比，AM SALON Eason 赢在哪"；中美体验对比："国内剪发 vs 美国剪发，留学生最真实的差距"（18 年国内经验是独家背书）；沉浸式记录："剪发+探店的一天"图文。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性价比与透明消费 → 全栏目渗透</w:t>
      </w:r>
    </w:p>
    <w:p>
      <w:r>
        <w:rPr>
          <w:rFonts w:ascii="Calibri" w:hAnsi="Calibri" w:eastAsia="微软雅黑"/>
          <w:b w:val="0"/>
        </w:rPr>
        <w:t>针对小红书用户对价格的敏感性，突出学生优惠、明码标价、无隐形消费——"18 年国内美发经验，在哥伦布剪一次头多少钱？价格表直接公开。"价格透明本身就是选题，评论区问价格必回。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三、标题建议模板</w:t>
      </w:r>
    </w:p>
    <w:p>
      <w:r>
        <w:rPr>
          <w:rFonts w:ascii="Calibri" w:hAnsi="Calibri" w:eastAsia="微软雅黑"/>
          <w:b w:val="0"/>
        </w:rPr>
        <w:t>五型标题库，直接选用或改词复用。所有标题带地域（哥伦布/OSU）或身份（留学生/华人）关键词。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痛点解决型</w:t>
      </w:r>
    </w:p>
    <w:p>
      <w:pPr>
        <w:pStyle w:val="ListBullet"/>
      </w:pPr>
      <w:r>
        <w:rPr>
          <w:rFonts w:ascii="Calibri" w:hAnsi="Calibri" w:eastAsia="微软雅黑"/>
        </w:rPr>
        <w:t>第一次在美国剪发，别只会说 just a little bit！</w:t>
      </w:r>
    </w:p>
    <w:p>
      <w:pPr>
        <w:pStyle w:val="ListBullet"/>
      </w:pPr>
      <w:r>
        <w:rPr>
          <w:rFonts w:ascii="Calibri" w:hAnsi="Calibri" w:eastAsia="微软雅黑"/>
        </w:rPr>
        <w:t>被美国理发店剪毁的头，来 AM 找 Eason 救回来了</w:t>
      </w:r>
    </w:p>
    <w:p>
      <w:pPr>
        <w:pStyle w:val="ListBullet"/>
      </w:pPr>
      <w:r>
        <w:rPr>
          <w:rFonts w:ascii="Calibri" w:hAnsi="Calibri" w:eastAsia="微软雅黑"/>
        </w:rPr>
        <w:t>男生前刺+渐变怎么跟理发师说？照着念就行</w:t>
      </w:r>
    </w:p>
    <w:p>
      <w:pPr>
        <w:pStyle w:val="ListBullet"/>
      </w:pPr>
      <w:r>
        <w:rPr>
          <w:rFonts w:ascii="Calibri" w:hAnsi="Calibri" w:eastAsia="微软雅黑"/>
        </w:rPr>
        <w:t>留学生剪发避雷：这 3 句话千万别说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场景化种草型</w:t>
      </w:r>
    </w:p>
    <w:p>
      <w:pPr>
        <w:pStyle w:val="ListBullet"/>
      </w:pPr>
      <w:r>
        <w:rPr>
          <w:rFonts w:ascii="Calibri" w:hAnsi="Calibri" w:eastAsia="微软雅黑"/>
        </w:rPr>
        <w:t>OSU 开学季换头计划：新生第一站剪发+哥伦布探店</w:t>
      </w:r>
    </w:p>
    <w:p>
      <w:pPr>
        <w:pStyle w:val="ListBullet"/>
      </w:pPr>
      <w:r>
        <w:rPr>
          <w:rFonts w:ascii="Calibri" w:hAnsi="Calibri" w:eastAsia="微软雅黑"/>
        </w:rPr>
        <w:t>剪完头发去吃哥伦布新开自助寿司｜华人理发师的一天</w:t>
      </w:r>
    </w:p>
    <w:p>
      <w:pPr>
        <w:pStyle w:val="ListBullet"/>
      </w:pPr>
      <w:r>
        <w:rPr>
          <w:rFonts w:ascii="Calibri" w:hAnsi="Calibri" w:eastAsia="微软雅黑"/>
        </w:rPr>
        <w:t>Labor Day 长周末前换个头，聚会拍照赢麻了</w:t>
      </w:r>
    </w:p>
    <w:p>
      <w:pPr>
        <w:pStyle w:val="ListBullet"/>
      </w:pPr>
      <w:r>
        <w:rPr>
          <w:rFonts w:ascii="Calibri" w:hAnsi="Calibri" w:eastAsia="微软雅黑"/>
        </w:rPr>
        <w:t>中秋见家长前，先来换个精神的头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数据与效果背书型</w:t>
      </w:r>
    </w:p>
    <w:p>
      <w:pPr>
        <w:pStyle w:val="ListBullet"/>
      </w:pPr>
      <w:r>
        <w:rPr>
          <w:rFonts w:ascii="Calibri" w:hAnsi="Calibri" w:eastAsia="微软雅黑"/>
        </w:rPr>
        <w:t>18 年国内美发经验，在哥伦布是什么水平？</w:t>
      </w:r>
    </w:p>
    <w:p>
      <w:pPr>
        <w:pStyle w:val="ListBullet"/>
      </w:pPr>
      <w:r>
        <w:rPr>
          <w:rFonts w:ascii="Calibri" w:hAnsi="Calibri" w:eastAsia="微软雅黑"/>
        </w:rPr>
        <w:t>粉棕掉色 30 天全记录：染前必看的真实过程</w:t>
      </w:r>
    </w:p>
    <w:p>
      <w:pPr>
        <w:pStyle w:val="ListBullet"/>
      </w:pPr>
      <w:r>
        <w:rPr>
          <w:rFonts w:ascii="Calibri" w:hAnsi="Calibri" w:eastAsia="微软雅黑"/>
        </w:rPr>
        <w:t>小店开张第 30 天：收到了 20 条剪发私信</w:t>
      </w:r>
    </w:p>
    <w:p>
      <w:pPr>
        <w:pStyle w:val="ListBullet"/>
      </w:pPr>
      <w:r>
        <w:rPr>
          <w:rFonts w:ascii="Calibri" w:hAnsi="Calibri" w:eastAsia="微软雅黑"/>
        </w:rPr>
        <w:t>5 个头剪完，收工吃顿好的｜理发师的一天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对比测评型</w:t>
      </w:r>
    </w:p>
    <w:p>
      <w:pPr>
        <w:pStyle w:val="ListBullet"/>
      </w:pPr>
      <w:r>
        <w:rPr>
          <w:rFonts w:ascii="Calibri" w:hAnsi="Calibri" w:eastAsia="微软雅黑"/>
        </w:rPr>
        <w:t>哥伦布华人理发店测评：AM SALON Eason 到底值不值？</w:t>
      </w:r>
    </w:p>
    <w:p>
      <w:pPr>
        <w:pStyle w:val="ListBullet"/>
      </w:pPr>
      <w:r>
        <w:rPr>
          <w:rFonts w:ascii="Calibri" w:hAnsi="Calibri" w:eastAsia="微软雅黑"/>
        </w:rPr>
        <w:t>国内剪发 vs 美国剪发：留学生最真实的体验差距</w:t>
      </w:r>
    </w:p>
    <w:p>
      <w:pPr>
        <w:pStyle w:val="ListBullet"/>
      </w:pPr>
      <w:r>
        <w:rPr>
          <w:rFonts w:ascii="Calibri" w:hAnsi="Calibri" w:eastAsia="微软雅黑"/>
        </w:rPr>
        <w:t>同一张脸，前刺 vs 渐变，哪个更适合你？</w:t>
      </w:r>
    </w:p>
    <w:p>
      <w:pPr>
        <w:pStyle w:val="ListBullet"/>
      </w:pPr>
      <w:r>
        <w:rPr>
          <w:rFonts w:ascii="Calibri" w:hAnsi="Calibri" w:eastAsia="微软雅黑"/>
        </w:rPr>
        <w:t>粉棕 vs 冷茶 vs 雾灰：秋冬发色三选一实测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节日/季节限定型</w:t>
      </w:r>
    </w:p>
    <w:p>
      <w:pPr>
        <w:pStyle w:val="ListBullet"/>
      </w:pPr>
      <w:r>
        <w:rPr>
          <w:rFonts w:ascii="Calibri" w:hAnsi="Calibri" w:eastAsia="微软雅黑"/>
        </w:rPr>
        <w:t>万圣节派对发色指南：这 3 个颜色拍照最出片</w:t>
      </w:r>
    </w:p>
    <w:p>
      <w:pPr>
        <w:pStyle w:val="ListBullet"/>
      </w:pPr>
      <w:r>
        <w:rPr>
          <w:rFonts w:ascii="Calibri" w:hAnsi="Calibri" w:eastAsia="微软雅黑"/>
        </w:rPr>
        <w:t>感恩节家庭聚会前理发：年底档期开放预约</w:t>
      </w:r>
    </w:p>
    <w:p>
      <w:pPr>
        <w:pStyle w:val="ListBullet"/>
      </w:pPr>
      <w:r>
        <w:rPr>
          <w:rFonts w:ascii="Calibri" w:hAnsi="Calibri" w:eastAsia="微软雅黑"/>
        </w:rPr>
        <w:t>2026 秋冬发色趋势：粉棕/冷茶/雾灰合集</w:t>
      </w:r>
    </w:p>
    <w:p>
      <w:pPr>
        <w:pStyle w:val="ListBullet"/>
      </w:pPr>
      <w:r>
        <w:rPr>
          <w:rFonts w:ascii="Calibri" w:hAnsi="Calibri" w:eastAsia="微软雅黑"/>
        </w:rPr>
        <w:t>OSU 球赛日限定：剪个前刺去给 Buckeyes 加油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标题写作三规则</w:t>
      </w:r>
    </w:p>
    <w:p>
      <w:pPr>
        <w:pStyle w:val="ListBullet"/>
      </w:pPr>
      <w:r>
        <w:rPr>
          <w:rFonts w:ascii="Calibri" w:hAnsi="Calibri" w:eastAsia="微软雅黑"/>
        </w:rPr>
        <w:t>地域前置：哥伦布/OSU/俄亥俄进标题，吃同城搜索与推荐流量。</w:t>
      </w:r>
    </w:p>
    <w:p>
      <w:pPr>
        <w:pStyle w:val="ListBullet"/>
      </w:pPr>
      <w:r>
        <w:rPr>
          <w:rFonts w:ascii="Calibri" w:hAnsi="Calibri" w:eastAsia="微软雅黑"/>
        </w:rPr>
        <w:t>字数控制：标题 25 字内、封面大字 ≤8 字（"前刺+浅色""粉棕"）。</w:t>
      </w:r>
    </w:p>
    <w:p>
      <w:pPr>
        <w:pStyle w:val="ListBullet"/>
      </w:pPr>
      <w:r>
        <w:rPr>
          <w:rFonts w:ascii="Calibri" w:hAnsi="Calibri" w:eastAsia="微软雅黑"/>
        </w:rPr>
        <w:t>身份绑定：每条落点回 Eason（18 年经验/华人理发师），人设不漂移。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四、与月度方案的配合方式</w:t>
      </w:r>
    </w:p>
    <w:p>
      <w:r>
        <w:rPr>
          <w:rFonts w:ascii="Calibri" w:hAnsi="Calibri" w:eastAsia="微软雅黑"/>
          <w:b w:val="0"/>
        </w:rPr>
        <w:t>这份模板是"弹药库"，月度方案是"作战计划"。</w:t>
      </w:r>
    </w:p>
    <w:p>
      <w:pPr>
        <w:pStyle w:val="ListBullet"/>
      </w:pPr>
      <w:r>
        <w:rPr>
          <w:rFonts w:ascii="Calibri" w:hAnsi="Calibri" w:eastAsia="微软雅黑"/>
        </w:rPr>
        <w:t>行业关键词：标签组固定使用；每月从"场景×服务"交叉组合生成新选题（每条笔记）。</w:t>
      </w:r>
    </w:p>
    <w:p>
      <w:pPr>
        <w:pStyle w:val="ListBullet"/>
      </w:pPr>
      <w:r>
        <w:rPr>
          <w:rFonts w:ascii="Calibri" w:hAnsi="Calibri" w:eastAsia="微软雅黑"/>
        </w:rPr>
        <w:t>热门话题方向：五大方向对应三栏目——痛点→攻略、场景→探店、细分/对比→作品集、性价比→全栏目（每周选题会）。</w:t>
      </w:r>
    </w:p>
    <w:p>
      <w:pPr>
        <w:pStyle w:val="ListBullet"/>
      </w:pPr>
      <w:r>
        <w:rPr>
          <w:rFonts w:ascii="Calibri" w:hAnsi="Calibri" w:eastAsia="微软雅黑"/>
        </w:rPr>
        <w:t>标题建议模板：标题库直接选用或改词复用；每周新标题从模板变形，保持风格统一（每周 2-3 条）。</w:t>
      </w:r>
    </w:p>
    <w:p>
      <w:pPr>
        <w:pStyle w:val="ListBullet"/>
      </w:pPr>
      <w:r>
        <w:rPr>
          <w:rFonts w:ascii="Calibri" w:hAnsi="Calibri" w:eastAsia="微软雅黑"/>
        </w:rPr>
        <w:t>热点借势：开学季 / Labor Day / 中秋 / 万圣节 / 感恩节按节点从模板库取题，追热点当天出稿（节点触发）。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总结</w:t>
      </w:r>
    </w:p>
    <w:p>
      <w:r>
        <w:rPr>
          <w:rFonts w:ascii="Calibri" w:hAnsi="Calibri" w:eastAsia="微软雅黑"/>
          <w:b w:val="0"/>
        </w:rPr>
        <w:t>通过以上关键词、话题与标题模板，把"18 年国内美发经验 + 哥伦布本地生活"翻译成小红书语言——本地内容引流量（探店即曝光），美发作品接转化（作品即信任），每条内容都指向"私信预约到店"。配合月度方案执行，逐步把 AM SALON Eason 做成哥伦布华人"想剪发时第一个想到的理发师"。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