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LA 安捷搬家</w:t>
      </w:r>
    </w:p>
    <w:p>
      <w:r>
        <w:rPr>
          <w:rFonts w:ascii="Calibri" w:hAnsi="Calibri" w:eastAsia="微软雅黑"/>
          <w:b w:val="0"/>
          <w:sz w:val="20"/>
        </w:rPr>
        <w:t>小红书行业分解及话题模板 · 洛杉矶华人搬家垂类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结合小红书本地生活趋势和洛杉矶华人用户需求，围绕安捷搬家「$70/小时起 + 30 分钟闪电上门 + 免费拆装打包保险」的服务特点整理。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洛杉矶搬家、华人搬家、搬家师傅、卡车搬运、拆装家具、打包服务、收纳整理、钢琴搬运、跨州搬家、短途搬运、30 分钟闪电上门、免费保险、免费拆装。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搬家价格、$70/小时起、搬家报价、怎么算钱、防被坑、搬家避坑、租房到期搬家、大件家具搬运、床垫搬运、搬家公司怎么选、中文沟通、当天约当天搬。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开学季搬家、租房到期潮、换城市、Labor Day 搬家、毕业搬家、家具新购自提、搬家日、乔迁、跨州长途、最后一刻搬家、情侣同居搬家。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价格透明、按时计费、闪电上门、免费拆装、打包全包、无隐藏费用、华人团队、准时到达、保险保障、全程中文。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标签组：服务词+场景词进笔记标签（#洛杉矶搬家 #LA搬家 #华人搬家 #搬家攻略 #洛杉矶租房 #搬家避坑）。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标题/正文：需求词+趋势词进标题和首段，吃搜索流量（"洛杉矶搬家多少钱""搬家怎么选"）。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地域词固定轮换：洛杉矶 / LA / 尔湾 / 橙县至少一个进标题。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选题池：每月从四类词交叉组合生成选题——场景×服务=一条选题（如"开学季×闪电上门"）。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五大方向，与季度方案的栏目配比（搬运实拍 50% / 搬家避坑 30% / 服务 20%）一一对应。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搬家避坑栏</w:t>
      </w:r>
    </w:p>
    <w:p>
      <w:r>
        <w:rPr>
          <w:rFonts w:ascii="Calibri" w:hAnsi="Calibri" w:eastAsia="微软雅黑"/>
          <w:b w:val="0"/>
        </w:rPr>
        <w:t>围绕洛杉矶搬家四大痛点——坐地起价、迟到放鸽子、损坏不赔、临时加钱——做解决方案型内容："LA 搬家被坐地起价？这 3 招让师傅不敢乱加钱""搬家公司迟到放鸽子？30 分钟闪电上门是什么体验"。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搬运实拍栏</w:t>
      </w:r>
    </w:p>
    <w:p>
      <w:r>
        <w:rPr>
          <w:rFonts w:ascii="Calibri" w:hAnsi="Calibri" w:eastAsia="微软雅黑"/>
          <w:b w:val="0"/>
        </w:rPr>
        <w:t>过程实拍是这个行业的天然内容：拆装家具全过程、打包技巧、师傅搬运实况——"开学季搬家实录：从打电话到搬完只用了 4 小时""LA 租房到期潮：一天搬 5 家是什么节奏"。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搬运实拍栏</w:t>
      </w:r>
    </w:p>
    <w:p>
      <w:pPr>
        <w:pStyle w:val="ListBullet"/>
      </w:pPr>
      <w:r>
        <w:rPr>
          <w:rFonts w:ascii="Calibri" w:hAnsi="Calibri" w:eastAsia="微软雅黑"/>
        </w:rPr>
        <w:t>留学生：开学季换房、家具不多、预算敏感——$70/小时起透明计价+当天可约。</w:t>
      </w:r>
    </w:p>
    <w:p>
      <w:pPr>
        <w:pStyle w:val="ListBullet"/>
      </w:pPr>
      <w:r>
        <w:rPr>
          <w:rFonts w:ascii="Calibri" w:hAnsi="Calibri" w:eastAsia="微软雅黑"/>
        </w:rPr>
        <w:t>租房族：租约到期潮（8 月底-9 月初）、退房搬离——高峰期也能约到。</w:t>
      </w:r>
    </w:p>
    <w:p>
      <w:pPr>
        <w:pStyle w:val="ListBullet"/>
      </w:pPr>
      <w:r>
        <w:rPr>
          <w:rFonts w:ascii="Calibri" w:hAnsi="Calibri" w:eastAsia="微软雅黑"/>
        </w:rPr>
        <w:t>家庭客：大件家具、钢琴、易碎品——免费拆装+保险兜底。</w:t>
      </w:r>
    </w:p>
    <w:p>
      <w:pPr>
        <w:pStyle w:val="ListBullet"/>
      </w:pPr>
      <w:r>
        <w:rPr>
          <w:rFonts w:ascii="Calibri" w:hAnsi="Calibri" w:eastAsia="微软雅黑"/>
        </w:rPr>
        <w:t>跨州搬家：洛杉矶往返周边州——长途搬运方案。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搬家避坑栏</w:t>
      </w:r>
    </w:p>
    <w:p>
      <w:r>
        <w:rPr>
          <w:rFonts w:ascii="Calibri" w:hAnsi="Calibri" w:eastAsia="微软雅黑"/>
          <w:b w:val="0"/>
        </w:rPr>
        <w:t>华人搬家公司 vs 美国公司：价格、沟通、守时一条条对比；按小时 vs 一口价：哪种计费更划算；自己搬 vs 请师傅：$300 差价值不值——对比类内容高收藏，冷启动期靠它攒权重。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$70/小时起价格公开、免费拆装打包保险写进每条内容——"LA 搬家 $70/小时起到底贵不贵？我算了笔账"。最终价格随车型、楼层、距离浮动，规则提前讲清，"无隐藏费用"本身就是搬家行业最有力的内容主线。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五型标题库，直接选用或改词复用。所有标题带地域（洛杉矶/LA/尔湾）或人群（留学生/华人/租房党）关键词。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LA 搬家被坐地起价？这 3 招让师傅不敢乱加钱</w:t>
      </w:r>
    </w:p>
    <w:p>
      <w:pPr>
        <w:pStyle w:val="ListBullet"/>
      </w:pPr>
      <w:r>
        <w:rPr>
          <w:rFonts w:ascii="Calibri" w:hAnsi="Calibri" w:eastAsia="微软雅黑"/>
        </w:rPr>
        <w:t>搬家公司迟到放鸽子？30 分钟闪电上门是什么体验</w:t>
      </w:r>
    </w:p>
    <w:p>
      <w:pPr>
        <w:pStyle w:val="ListBullet"/>
      </w:pPr>
      <w:r>
        <w:rPr>
          <w:rFonts w:ascii="Calibri" w:hAnsi="Calibri" w:eastAsia="微软雅黑"/>
        </w:rPr>
        <w:t>钢琴怎么搬？我们自己都不敢碰的活他们接了</w:t>
      </w:r>
    </w:p>
    <w:p>
      <w:pPr>
        <w:pStyle w:val="ListBullet"/>
      </w:pPr>
      <w:r>
        <w:rPr>
          <w:rFonts w:ascii="Calibri" w:hAnsi="Calibri" w:eastAsia="微软雅黑"/>
        </w:rPr>
        <w:t>退房最后 3 天还没找到人搬家？这篇救命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开学季搬家实录：从打电话到搬完只用了 4 小时</w:t>
      </w:r>
    </w:p>
    <w:p>
      <w:pPr>
        <w:pStyle w:val="ListBullet"/>
      </w:pPr>
      <w:r>
        <w:rPr>
          <w:rFonts w:ascii="Calibri" w:hAnsi="Calibri" w:eastAsia="微软雅黑"/>
        </w:rPr>
        <w:t>LA 租房到期潮：一天搬 5 家是什么节奏</w:t>
      </w:r>
    </w:p>
    <w:p>
      <w:pPr>
        <w:pStyle w:val="ListBullet"/>
      </w:pPr>
      <w:r>
        <w:rPr>
          <w:rFonts w:ascii="Calibri" w:hAnsi="Calibri" w:eastAsia="微软雅黑"/>
        </w:rPr>
        <w:t>Labor Day 前搬家：避开高峰的正确时间</w:t>
      </w:r>
    </w:p>
    <w:p>
      <w:pPr>
        <w:pStyle w:val="ListBullet"/>
      </w:pPr>
      <w:r>
        <w:rPr>
          <w:rFonts w:ascii="Calibri" w:hAnsi="Calibri" w:eastAsia="微软雅黑"/>
        </w:rPr>
        <w:t>从旧家到新家：全程只花了 $XX，账目全公开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LA 搬家 $70/小时起到底贵不贵？我算了笔账</w:t>
      </w:r>
    </w:p>
    <w:p>
      <w:pPr>
        <w:pStyle w:val="ListBullet"/>
      </w:pPr>
      <w:r>
        <w:rPr>
          <w:rFonts w:ascii="Calibri" w:hAnsi="Calibri" w:eastAsia="微软雅黑"/>
        </w:rPr>
        <w:t>30 分钟闪电上门实录：比外卖还快</w:t>
      </w:r>
    </w:p>
    <w:p>
      <w:pPr>
        <w:pStyle w:val="ListBullet"/>
      </w:pPr>
      <w:r>
        <w:rPr>
          <w:rFonts w:ascii="Calibri" w:hAnsi="Calibri" w:eastAsia="微软雅黑"/>
        </w:rPr>
        <w:t>这个月搬了 XX 单：华人搬家团队的一天</w:t>
      </w:r>
    </w:p>
    <w:p>
      <w:pPr>
        <w:pStyle w:val="ListBullet"/>
      </w:pPr>
      <w:r>
        <w:rPr>
          <w:rFonts w:ascii="Calibri" w:hAnsi="Calibri" w:eastAsia="微软雅黑"/>
        </w:rPr>
        <w:t>免费拆装+打包+保险，搬家还能这么省心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LA 搬家公司怎么选：华人 vs 美国公司一篇讲透</w:t>
      </w:r>
    </w:p>
    <w:p>
      <w:pPr>
        <w:pStyle w:val="ListBullet"/>
      </w:pPr>
      <w:r>
        <w:rPr>
          <w:rFonts w:ascii="Calibri" w:hAnsi="Calibri" w:eastAsia="微软雅黑"/>
        </w:rPr>
        <w:t>按小时 vs 一口价：哪种计费方式更划算</w:t>
      </w:r>
    </w:p>
    <w:p>
      <w:pPr>
        <w:pStyle w:val="ListBullet"/>
      </w:pPr>
      <w:r>
        <w:rPr>
          <w:rFonts w:ascii="Calibri" w:hAnsi="Calibri" w:eastAsia="微软雅黑"/>
        </w:rPr>
        <w:t>自己搬 vs 请师傅：$300 差价值不值</w:t>
      </w:r>
    </w:p>
    <w:p>
      <w:pPr>
        <w:pStyle w:val="ListBullet"/>
      </w:pPr>
      <w:r>
        <w:rPr>
          <w:rFonts w:ascii="Calibri" w:hAnsi="Calibri" w:eastAsia="微软雅黑"/>
        </w:rPr>
        <w:t>跨州搬家怎么选：货运 vs 搬家公司的区别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开学季档期紧张：新生搬家提前约</w:t>
      </w:r>
    </w:p>
    <w:p>
      <w:pPr>
        <w:pStyle w:val="ListBullet"/>
      </w:pPr>
      <w:r>
        <w:rPr>
          <w:rFonts w:ascii="Calibri" w:hAnsi="Calibri" w:eastAsia="微软雅黑"/>
        </w:rPr>
        <w:t>租约到期潮：8 月底 9 月初档期所剩不多</w:t>
      </w:r>
    </w:p>
    <w:p>
      <w:pPr>
        <w:pStyle w:val="ListBullet"/>
      </w:pPr>
      <w:r>
        <w:rPr>
          <w:rFonts w:ascii="Calibri" w:hAnsi="Calibri" w:eastAsia="微软雅黑"/>
        </w:rPr>
        <w:t>黑五买家具不用愁：自提+安装一步到位</w:t>
      </w:r>
    </w:p>
    <w:p>
      <w:pPr>
        <w:pStyle w:val="ListBullet"/>
      </w:pPr>
      <w:r>
        <w:rPr>
          <w:rFonts w:ascii="Calibri" w:hAnsi="Calibri" w:eastAsia="微软雅黑"/>
        </w:rPr>
        <w:t>圣诞新年搬家：节前档期开放预约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地域前置：洛杉矶/LA/尔湾进标题，吃同城搜索与推荐流量。</w:t>
      </w:r>
    </w:p>
    <w:p>
      <w:pPr>
        <w:pStyle w:val="ListBullet"/>
      </w:pPr>
      <w:r>
        <w:rPr>
          <w:rFonts w:ascii="Calibri" w:hAnsi="Calibri" w:eastAsia="微软雅黑"/>
        </w:rPr>
        <w:t>数字优先：$70 起、30 分钟、4 小时直接上数字，搬家行业数字即信任。</w:t>
      </w:r>
    </w:p>
    <w:p>
      <w:pPr>
        <w:pStyle w:val="ListBullet"/>
      </w:pPr>
      <w:r>
        <w:rPr>
          <w:rFonts w:ascii="Calibri" w:hAnsi="Calibri" w:eastAsia="微软雅黑"/>
        </w:rPr>
        <w:t>封面规范：蓝白主色调+黄色关键词标签，大字 ≤8 字（"30分钟上门""$70/小时起"）。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四、与季度方案的配合方式</w:t>
      </w:r>
    </w:p>
    <w:p>
      <w:r>
        <w:rPr>
          <w:rFonts w:ascii="Calibri" w:hAnsi="Calibri" w:eastAsia="微软雅黑"/>
          <w:b w:val="0"/>
        </w:rPr>
        <w:t>这份模板是"弹药库"，季度方案是"作战计划"。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热门话题方向：五大方向对应栏目——痛点/对比→搬家避坑、场景/人群→搬运实拍、性价比→服务内容（每周选题会）。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2 保底+1 弹性）。</w:t>
      </w:r>
    </w:p>
    <w:p>
      <w:pPr>
        <w:pStyle w:val="ListBullet"/>
      </w:pPr>
      <w:r>
        <w:rPr>
          <w:rFonts w:ascii="Calibri" w:hAnsi="Calibri" w:eastAsia="微软雅黑"/>
        </w:rPr>
        <w:t>转化钩子固定：私信发"搬家"自动回复报价单；评论区扣 1 领报价单；发布节奏周二/周五 21:30–22:30（LA 时间，避开凌晨 0-3 点）。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通过以上关键词、话题与标题模板，把"$70/小时起 + 闪电上门 + 免费拆装打包保险"翻译成小红书语言——搬运实拍引流量、搬家避坑建信任、价格透明接转化，每一步都指向"私信领报价单"。配合季度方案执行，逐步把安捷搬家做成洛杉矶华人"搬家第一个想到的团队"。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